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5256"/>
        <w:gridCol w:w="5256"/>
      </w:tblGrid>
      <w:tr w:rsidR="004B60E6" w14:paraId="505511DF" w14:textId="77777777">
        <w:trPr>
          <w:jc w:val="center"/>
        </w:trPr>
        <w:tc>
          <w:tcPr>
            <w:tcW w:w="5256" w:type="dxa"/>
            <w:tcMar>
              <w:top w:w="0" w:type="dxa"/>
              <w:left w:w="80" w:type="dxa"/>
              <w:bottom w:w="0" w:type="dxa"/>
              <w:right w:w="80" w:type="dxa"/>
            </w:tcMar>
          </w:tcPr>
          <w:p w14:paraId="41EA3243" w14:textId="77777777" w:rsidR="004B60E6" w:rsidRDefault="00FC4D1C">
            <w:r>
              <w:rPr>
                <w:noProof/>
              </w:rPr>
              <w:drawing>
                <wp:inline distT="0" distB="0" distL="0" distR="0" wp14:anchorId="3DCB9B63" wp14:editId="4714FF54">
                  <wp:extent cx="2331720" cy="48499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ac_logo.png"/>
                          <pic:cNvPicPr/>
                        </pic:nvPicPr>
                        <pic:blipFill>
                          <a:blip r:embed="rId8"/>
                          <a:stretch>
                            <a:fillRect/>
                          </a:stretch>
                        </pic:blipFill>
                        <pic:spPr>
                          <a:xfrm>
                            <a:off x="0" y="0"/>
                            <a:ext cx="2331720" cy="484998"/>
                          </a:xfrm>
                          <a:prstGeom prst="rect">
                            <a:avLst/>
                          </a:prstGeom>
                        </pic:spPr>
                      </pic:pic>
                    </a:graphicData>
                  </a:graphic>
                </wp:inline>
              </w:drawing>
            </w:r>
          </w:p>
        </w:tc>
        <w:tc>
          <w:tcPr>
            <w:tcW w:w="5256" w:type="dxa"/>
            <w:tcMar>
              <w:top w:w="0" w:type="dxa"/>
              <w:left w:w="80" w:type="dxa"/>
              <w:bottom w:w="0" w:type="dxa"/>
              <w:right w:w="80" w:type="dxa"/>
            </w:tcMar>
            <w:vAlign w:val="center"/>
          </w:tcPr>
          <w:p w14:paraId="50971D8A" w14:textId="77777777" w:rsidR="004B60E6" w:rsidRDefault="00FC4D1C">
            <w:pPr>
              <w:jc w:val="right"/>
            </w:pPr>
            <w:r>
              <w:rPr>
                <w:b/>
                <w:color w:val="006B3F"/>
                <w:sz w:val="27"/>
              </w:rPr>
              <w:t>CONSENT, RELEASE, WAIVER OF LIABILITY</w:t>
            </w:r>
            <w:r>
              <w:rPr>
                <w:b/>
                <w:color w:val="006B3F"/>
                <w:sz w:val="27"/>
              </w:rPr>
              <w:br/>
              <w:t>AND COVENANT NOT TO SUE</w:t>
            </w:r>
          </w:p>
        </w:tc>
      </w:tr>
    </w:tbl>
    <w:p w14:paraId="6A9B7093" w14:textId="77777777" w:rsidR="004B60E6" w:rsidRDefault="00FC4D1C">
      <w:pPr>
        <w:spacing w:before="60" w:after="80" w:line="240" w:lineRule="auto"/>
      </w:pPr>
      <w:r>
        <w:rPr>
          <w:b/>
          <w:sz w:val="15"/>
        </w:rPr>
        <w:t>NOTICE TO ALL PERSONS PARTICIPATING IN ABRAHAM BALDWIN AGRICULTURAL COLLEGE ATHLETIC, RECREATIONAL, CO-CURRICULAR OR EXTRACURRICULAR ACTIVITIES AND ASSUMPTION OF THE RISK AND INSURANCE CERTIFICATION.</w:t>
      </w:r>
    </w:p>
    <w:p w14:paraId="683AAC10" w14:textId="77777777" w:rsidR="004B60E6" w:rsidRDefault="00FC4D1C">
      <w:pPr>
        <w:spacing w:after="80" w:line="240" w:lineRule="auto"/>
      </w:pPr>
      <w:r>
        <w:rPr>
          <w:sz w:val="15"/>
        </w:rPr>
        <w:t>Many athletic, recreational, co-curricular or extracurricular activities and programs involve substantial risks of bodily injury, death, property damage, and other dangers associated with participation in such activities. Dangers related to such activities include but are not limited to: hypothermia, broken bones, strains, sprains, bruises, drowning, concussions, heart attack, death, illness, exhaustion, loss of personal property, arrest, or accident-related injuries. Each participant in such activities sho</w:t>
      </w:r>
      <w:r>
        <w:rPr>
          <w:sz w:val="15"/>
        </w:rPr>
        <w:t>uld realize that there are risks, hazards, and dangers inherent in such activities and in the training, preparation for, and travel to and from such activities. It is the sole responsibility of each participant to participate only in those activities for which he/she has the requisite skills, qualifications, preparation, training, and health.</w:t>
      </w:r>
    </w:p>
    <w:p w14:paraId="2DE7DAE6" w14:textId="77777777" w:rsidR="004B60E6" w:rsidRDefault="00FC4D1C">
      <w:pPr>
        <w:spacing w:after="100" w:line="240" w:lineRule="auto"/>
      </w:pPr>
      <w:r>
        <w:rPr>
          <w:sz w:val="15"/>
        </w:rPr>
        <w:t>The undersigned acknowledges that Abraham Baldwin Agricultural College does not warrant or guarantee in any respect the competency or mental or physical condition of any director, guide, trip leader, vehicle driver, or individual participant in any athletic, recreational, co-curricular or extracurricular activity. All participants in voluntary athletic, recreational, co-curricular or extracurricular activities are required to sign the Release Waiver and Covenant Not to Sue Form below. I, the undersigned, ac</w:t>
      </w:r>
      <w:r>
        <w:rPr>
          <w:sz w:val="15"/>
        </w:rPr>
        <w:t>knowledge that I am solely responsible for any hospital or other costs arising out of any bodily injury or property damage cost sustained through my participation in such voluntary athletic, recreational, co-curricular or extracurricular activities. In this regard, I certify that I am covered by a 24-hour health and accident insurance policy, which is effective abroad.</w:t>
      </w:r>
    </w:p>
    <w:tbl>
      <w:tblPr>
        <w:tblW w:w="0" w:type="auto"/>
        <w:jc w:val="center"/>
        <w:tblLayout w:type="fixed"/>
        <w:tblLook w:val="04A0" w:firstRow="1" w:lastRow="0" w:firstColumn="1" w:lastColumn="0" w:noHBand="0" w:noVBand="1"/>
      </w:tblPr>
      <w:tblGrid>
        <w:gridCol w:w="5256"/>
        <w:gridCol w:w="5256"/>
      </w:tblGrid>
      <w:tr w:rsidR="004B60E6" w14:paraId="5B9CAA66" w14:textId="77777777">
        <w:trPr>
          <w:jc w:val="center"/>
        </w:trPr>
        <w:tc>
          <w:tcPr>
            <w:tcW w:w="10512" w:type="dxa"/>
            <w:gridSpan w:val="2"/>
            <w:shd w:val="clear" w:color="auto" w:fill="EAF3EE"/>
            <w:tcMar>
              <w:top w:w="55" w:type="dxa"/>
              <w:left w:w="80" w:type="dxa"/>
              <w:bottom w:w="55" w:type="dxa"/>
              <w:right w:w="80" w:type="dxa"/>
            </w:tcMar>
          </w:tcPr>
          <w:p w14:paraId="32C57169" w14:textId="77777777" w:rsidR="004B60E6" w:rsidRDefault="00FC4D1C">
            <w:pPr>
              <w:keepNext/>
              <w:spacing w:after="0"/>
            </w:pPr>
            <w:r>
              <w:rPr>
                <w:b/>
                <w:color w:val="006B3F"/>
                <w:sz w:val="18"/>
              </w:rPr>
              <w:t>STUDENT INFORMATION</w:t>
            </w:r>
          </w:p>
        </w:tc>
      </w:tr>
      <w:tr w:rsidR="004B60E6" w14:paraId="77E3C830" w14:textId="77777777">
        <w:trPr>
          <w:cantSplit/>
          <w:jc w:val="center"/>
        </w:trPr>
        <w:tc>
          <w:tcPr>
            <w:tcW w:w="5256" w:type="dxa"/>
            <w:tcMar>
              <w:top w:w="65" w:type="dxa"/>
              <w:left w:w="80" w:type="dxa"/>
              <w:bottom w:w="70" w:type="dxa"/>
              <w:right w:w="80" w:type="dxa"/>
            </w:tcMar>
            <w:vAlign w:val="bottom"/>
          </w:tcPr>
          <w:p w14:paraId="2442026B" w14:textId="77777777" w:rsidR="004B60E6" w:rsidRDefault="00FC4D1C">
            <w:pPr>
              <w:spacing w:after="20"/>
            </w:pPr>
            <w:r>
              <w:rPr>
                <w:b/>
                <w:color w:val="006B3F"/>
                <w:sz w:val="14"/>
              </w:rPr>
              <w:t>DOES THE STUDENT HAVE A STUDENT ID #? (918XXXXX)</w:t>
            </w:r>
          </w:p>
          <w:p w14:paraId="136383E9" w14:textId="77777777" w:rsidR="004B60E6" w:rsidRDefault="00FC4D1C">
            <w:pPr>
              <w:keepLines/>
              <w:spacing w:after="0"/>
            </w:pPr>
            <w:r>
              <w:rPr>
                <w:color w:val="666666"/>
                <w:sz w:val="17"/>
              </w:rPr>
              <w:t>□ Yes   □ No  ____________________</w:t>
            </w:r>
          </w:p>
        </w:tc>
        <w:tc>
          <w:tcPr>
            <w:tcW w:w="5256" w:type="dxa"/>
            <w:tcMar>
              <w:top w:w="65" w:type="dxa"/>
              <w:left w:w="80" w:type="dxa"/>
              <w:bottom w:w="70" w:type="dxa"/>
              <w:right w:w="80" w:type="dxa"/>
            </w:tcMar>
            <w:vAlign w:val="bottom"/>
          </w:tcPr>
          <w:p w14:paraId="6BC84E98" w14:textId="77777777" w:rsidR="004B60E6" w:rsidRDefault="00FC4D1C">
            <w:pPr>
              <w:spacing w:after="20"/>
            </w:pPr>
            <w:r>
              <w:rPr>
                <w:b/>
                <w:color w:val="006B3F"/>
                <w:sz w:val="14"/>
              </w:rPr>
              <w:t>STUDENT ID NUMBER</w:t>
            </w:r>
          </w:p>
          <w:p w14:paraId="7E7C0BF6" w14:textId="77777777" w:rsidR="004B60E6" w:rsidRDefault="00FC4D1C">
            <w:pPr>
              <w:keepLines/>
              <w:spacing w:after="0"/>
            </w:pPr>
            <w:r>
              <w:rPr>
                <w:color w:val="666666"/>
                <w:sz w:val="17"/>
              </w:rPr>
              <w:t>918  _____________________________</w:t>
            </w:r>
          </w:p>
        </w:tc>
      </w:tr>
      <w:tr w:rsidR="004B60E6" w14:paraId="3A15BAF3" w14:textId="77777777">
        <w:trPr>
          <w:cantSplit/>
          <w:jc w:val="center"/>
        </w:trPr>
        <w:tc>
          <w:tcPr>
            <w:tcW w:w="5256" w:type="dxa"/>
            <w:tcMar>
              <w:top w:w="65" w:type="dxa"/>
              <w:left w:w="80" w:type="dxa"/>
              <w:bottom w:w="70" w:type="dxa"/>
              <w:right w:w="80" w:type="dxa"/>
            </w:tcMar>
            <w:vAlign w:val="bottom"/>
          </w:tcPr>
          <w:p w14:paraId="7883C1F6" w14:textId="77777777" w:rsidR="004B60E6" w:rsidRDefault="00FC4D1C">
            <w:pPr>
              <w:spacing w:after="20"/>
            </w:pPr>
            <w:r>
              <w:rPr>
                <w:b/>
                <w:color w:val="006B3F"/>
                <w:sz w:val="14"/>
              </w:rPr>
              <w:t>FIRST NAME</w:t>
            </w:r>
          </w:p>
          <w:p w14:paraId="71B4E330" w14:textId="77777777" w:rsidR="004B60E6" w:rsidRDefault="00FC4D1C">
            <w:pPr>
              <w:keepLines/>
              <w:spacing w:after="0"/>
            </w:pPr>
            <w:r>
              <w:rPr>
                <w:color w:val="666666"/>
                <w:sz w:val="17"/>
              </w:rPr>
              <w:t xml:space="preserve">  ________________________________</w:t>
            </w:r>
          </w:p>
        </w:tc>
        <w:tc>
          <w:tcPr>
            <w:tcW w:w="5256" w:type="dxa"/>
            <w:tcMar>
              <w:top w:w="65" w:type="dxa"/>
              <w:left w:w="80" w:type="dxa"/>
              <w:bottom w:w="70" w:type="dxa"/>
              <w:right w:w="80" w:type="dxa"/>
            </w:tcMar>
            <w:vAlign w:val="bottom"/>
          </w:tcPr>
          <w:p w14:paraId="437CAD23" w14:textId="77777777" w:rsidR="004B60E6" w:rsidRDefault="00FC4D1C">
            <w:pPr>
              <w:spacing w:after="20"/>
            </w:pPr>
            <w:r>
              <w:rPr>
                <w:b/>
                <w:color w:val="006B3F"/>
                <w:sz w:val="14"/>
              </w:rPr>
              <w:t>LAST NAME</w:t>
            </w:r>
          </w:p>
          <w:p w14:paraId="210AE591" w14:textId="77777777" w:rsidR="004B60E6" w:rsidRDefault="00FC4D1C">
            <w:pPr>
              <w:keepLines/>
              <w:spacing w:after="0"/>
            </w:pPr>
            <w:r>
              <w:rPr>
                <w:color w:val="666666"/>
                <w:sz w:val="17"/>
              </w:rPr>
              <w:t xml:space="preserve">  ________________________________</w:t>
            </w:r>
          </w:p>
        </w:tc>
      </w:tr>
      <w:tr w:rsidR="004B60E6" w14:paraId="3872C2EF" w14:textId="77777777">
        <w:trPr>
          <w:jc w:val="center"/>
        </w:trPr>
        <w:tc>
          <w:tcPr>
            <w:tcW w:w="10512" w:type="dxa"/>
            <w:gridSpan w:val="2"/>
            <w:shd w:val="clear" w:color="auto" w:fill="EAF3EE"/>
            <w:tcMar>
              <w:top w:w="55" w:type="dxa"/>
              <w:left w:w="80" w:type="dxa"/>
              <w:bottom w:w="55" w:type="dxa"/>
              <w:right w:w="80" w:type="dxa"/>
            </w:tcMar>
          </w:tcPr>
          <w:p w14:paraId="6EB1DCDB" w14:textId="77777777" w:rsidR="004B60E6" w:rsidRDefault="00FC4D1C">
            <w:pPr>
              <w:keepNext/>
              <w:spacing w:after="0"/>
            </w:pPr>
            <w:r>
              <w:rPr>
                <w:b/>
                <w:color w:val="006B3F"/>
                <w:sz w:val="18"/>
              </w:rPr>
              <w:t>CONSENT, RELEASE, WAIVER OF LIABILITY AND COVENANT NOT TO SUE</w:t>
            </w:r>
          </w:p>
        </w:tc>
      </w:tr>
    </w:tbl>
    <w:p w14:paraId="25AD0A97" w14:textId="77777777" w:rsidR="004B60E6" w:rsidRDefault="00FC4D1C">
      <w:pPr>
        <w:spacing w:after="0" w:line="240" w:lineRule="auto"/>
      </w:pPr>
      <w:r>
        <w:rPr>
          <w:sz w:val="14"/>
        </w:rPr>
        <w:t>The undersigned hereby acknowledges his/her participation in</w:t>
      </w:r>
    </w:p>
    <w:tbl>
      <w:tblPr>
        <w:tblW w:w="0" w:type="auto"/>
        <w:jc w:val="center"/>
        <w:tblLayout w:type="fixed"/>
        <w:tblLook w:val="04A0" w:firstRow="1" w:lastRow="0" w:firstColumn="1" w:lastColumn="0" w:noHBand="0" w:noVBand="1"/>
      </w:tblPr>
      <w:tblGrid>
        <w:gridCol w:w="10512"/>
      </w:tblGrid>
      <w:tr w:rsidR="004B60E6" w14:paraId="0B94BC70" w14:textId="77777777">
        <w:trPr>
          <w:cantSplit/>
          <w:jc w:val="center"/>
        </w:trPr>
        <w:tc>
          <w:tcPr>
            <w:tcW w:w="10512" w:type="dxa"/>
            <w:tcMar>
              <w:top w:w="65" w:type="dxa"/>
              <w:left w:w="80" w:type="dxa"/>
              <w:bottom w:w="70" w:type="dxa"/>
              <w:right w:w="80" w:type="dxa"/>
            </w:tcMar>
            <w:vAlign w:val="bottom"/>
          </w:tcPr>
          <w:p w14:paraId="7A7C0C6F" w14:textId="77777777" w:rsidR="004B60E6" w:rsidRDefault="00FC4D1C">
            <w:pPr>
              <w:spacing w:after="20"/>
            </w:pPr>
            <w:r>
              <w:rPr>
                <w:b/>
                <w:color w:val="006B3F"/>
                <w:sz w:val="14"/>
              </w:rPr>
              <w:t>PLEASE LIST EVENT/ACTIVITY (I.E., DODGEBALL, ROCK WALL, FIELD TRIP TO NORTH GEORGIA)</w:t>
            </w:r>
          </w:p>
          <w:p w14:paraId="03F5E667" w14:textId="77777777" w:rsidR="004B60E6" w:rsidRDefault="00FC4D1C">
            <w:pPr>
              <w:keepLines/>
              <w:spacing w:after="0"/>
            </w:pPr>
            <w:r>
              <w:rPr>
                <w:color w:val="666666"/>
                <w:sz w:val="17"/>
              </w:rPr>
              <w:t xml:space="preserve">  ________________________________</w:t>
            </w:r>
          </w:p>
        </w:tc>
      </w:tr>
    </w:tbl>
    <w:p w14:paraId="640DBEF2" w14:textId="77777777" w:rsidR="004B60E6" w:rsidRDefault="00FC4D1C">
      <w:pPr>
        <w:spacing w:after="0" w:line="240" w:lineRule="auto"/>
      </w:pPr>
      <w:r>
        <w:rPr>
          <w:sz w:val="14"/>
        </w:rPr>
        <w:t>(hereinafter referred to as the "Program") coordinated by</w:t>
      </w:r>
    </w:p>
    <w:tbl>
      <w:tblPr>
        <w:tblW w:w="0" w:type="auto"/>
        <w:jc w:val="center"/>
        <w:tblLayout w:type="fixed"/>
        <w:tblLook w:val="04A0" w:firstRow="1" w:lastRow="0" w:firstColumn="1" w:lastColumn="0" w:noHBand="0" w:noVBand="1"/>
      </w:tblPr>
      <w:tblGrid>
        <w:gridCol w:w="3504"/>
        <w:gridCol w:w="3504"/>
        <w:gridCol w:w="3504"/>
      </w:tblGrid>
      <w:tr w:rsidR="004B60E6" w14:paraId="6BC66BA1" w14:textId="77777777">
        <w:trPr>
          <w:cantSplit/>
          <w:jc w:val="center"/>
        </w:trPr>
        <w:tc>
          <w:tcPr>
            <w:tcW w:w="10512" w:type="dxa"/>
            <w:gridSpan w:val="3"/>
            <w:tcMar>
              <w:top w:w="65" w:type="dxa"/>
              <w:left w:w="80" w:type="dxa"/>
              <w:bottom w:w="70" w:type="dxa"/>
              <w:right w:w="80" w:type="dxa"/>
            </w:tcMar>
            <w:vAlign w:val="bottom"/>
          </w:tcPr>
          <w:p w14:paraId="7E6334D5" w14:textId="77777777" w:rsidR="004B60E6" w:rsidRDefault="00FC4D1C">
            <w:pPr>
              <w:spacing w:after="20"/>
            </w:pPr>
            <w:r>
              <w:rPr>
                <w:b/>
                <w:color w:val="006B3F"/>
                <w:sz w:val="14"/>
              </w:rPr>
              <w:t>COORDINATED BY CLUB/ORGANIZATION</w:t>
            </w:r>
          </w:p>
          <w:p w14:paraId="3EEED74D" w14:textId="77777777" w:rsidR="004B60E6" w:rsidRDefault="00FC4D1C">
            <w:pPr>
              <w:keepLines/>
              <w:spacing w:after="0"/>
            </w:pPr>
            <w:r>
              <w:rPr>
                <w:color w:val="666666"/>
                <w:sz w:val="17"/>
              </w:rPr>
              <w:t xml:space="preserve">  ________________________________</w:t>
            </w:r>
          </w:p>
        </w:tc>
      </w:tr>
      <w:tr w:rsidR="004B60E6" w14:paraId="19C3A7BB" w14:textId="77777777">
        <w:trPr>
          <w:cantSplit/>
          <w:jc w:val="center"/>
        </w:trPr>
        <w:tc>
          <w:tcPr>
            <w:tcW w:w="3504" w:type="dxa"/>
            <w:tcMar>
              <w:top w:w="65" w:type="dxa"/>
              <w:left w:w="80" w:type="dxa"/>
              <w:bottom w:w="70" w:type="dxa"/>
              <w:right w:w="80" w:type="dxa"/>
            </w:tcMar>
            <w:vAlign w:val="bottom"/>
          </w:tcPr>
          <w:p w14:paraId="361BE458" w14:textId="77777777" w:rsidR="004B60E6" w:rsidRDefault="00FC4D1C">
            <w:pPr>
              <w:spacing w:after="20"/>
            </w:pPr>
            <w:r>
              <w:rPr>
                <w:b/>
                <w:color w:val="006B3F"/>
                <w:sz w:val="14"/>
              </w:rPr>
              <w:t>ADVISOR FIRST NAME</w:t>
            </w:r>
          </w:p>
          <w:p w14:paraId="6713CA53" w14:textId="77777777" w:rsidR="004B60E6" w:rsidRDefault="00FC4D1C">
            <w:pPr>
              <w:keepLines/>
              <w:spacing w:after="0"/>
            </w:pPr>
            <w:r>
              <w:rPr>
                <w:color w:val="666666"/>
                <w:sz w:val="17"/>
              </w:rPr>
              <w:t xml:space="preserve">  ________________________________</w:t>
            </w:r>
          </w:p>
        </w:tc>
        <w:tc>
          <w:tcPr>
            <w:tcW w:w="3504" w:type="dxa"/>
            <w:tcMar>
              <w:top w:w="65" w:type="dxa"/>
              <w:left w:w="80" w:type="dxa"/>
              <w:bottom w:w="70" w:type="dxa"/>
              <w:right w:w="80" w:type="dxa"/>
            </w:tcMar>
            <w:vAlign w:val="bottom"/>
          </w:tcPr>
          <w:p w14:paraId="7D45C17E" w14:textId="77777777" w:rsidR="004B60E6" w:rsidRDefault="00FC4D1C">
            <w:pPr>
              <w:spacing w:after="20"/>
            </w:pPr>
            <w:r>
              <w:rPr>
                <w:b/>
                <w:color w:val="006B3F"/>
                <w:sz w:val="14"/>
              </w:rPr>
              <w:t>ADVISOR LAST NAME</w:t>
            </w:r>
          </w:p>
          <w:p w14:paraId="781CFBD3" w14:textId="77777777" w:rsidR="004B60E6" w:rsidRDefault="00FC4D1C">
            <w:pPr>
              <w:keepLines/>
              <w:spacing w:after="0"/>
            </w:pPr>
            <w:r>
              <w:rPr>
                <w:color w:val="666666"/>
                <w:sz w:val="17"/>
              </w:rPr>
              <w:t xml:space="preserve">  ________________________________</w:t>
            </w:r>
          </w:p>
        </w:tc>
        <w:tc>
          <w:tcPr>
            <w:tcW w:w="3504" w:type="dxa"/>
            <w:tcMar>
              <w:top w:w="65" w:type="dxa"/>
              <w:left w:w="80" w:type="dxa"/>
              <w:bottom w:w="70" w:type="dxa"/>
              <w:right w:w="80" w:type="dxa"/>
            </w:tcMar>
            <w:vAlign w:val="bottom"/>
          </w:tcPr>
          <w:p w14:paraId="0AF5D401" w14:textId="77777777" w:rsidR="004B60E6" w:rsidRDefault="00FC4D1C">
            <w:pPr>
              <w:spacing w:after="20"/>
            </w:pPr>
            <w:r>
              <w:rPr>
                <w:b/>
                <w:color w:val="006B3F"/>
                <w:sz w:val="14"/>
              </w:rPr>
              <w:t>ADVISOR EMAIL</w:t>
            </w:r>
          </w:p>
          <w:p w14:paraId="13D2D1B4" w14:textId="77777777" w:rsidR="004B60E6" w:rsidRDefault="00FC4D1C">
            <w:pPr>
              <w:keepLines/>
              <w:spacing w:after="0"/>
            </w:pPr>
            <w:r>
              <w:rPr>
                <w:color w:val="666666"/>
                <w:sz w:val="17"/>
              </w:rPr>
              <w:t xml:space="preserve">  ________________________________</w:t>
            </w:r>
          </w:p>
        </w:tc>
      </w:tr>
    </w:tbl>
    <w:p w14:paraId="02067366" w14:textId="77777777" w:rsidR="004B60E6" w:rsidRDefault="00FC4D1C">
      <w:pPr>
        <w:spacing w:after="0" w:line="240" w:lineRule="auto"/>
      </w:pPr>
      <w:r>
        <w:rPr>
          <w:sz w:val="14"/>
        </w:rPr>
        <w:t>and to be held on (dates)</w:t>
      </w:r>
    </w:p>
    <w:tbl>
      <w:tblPr>
        <w:tblW w:w="0" w:type="auto"/>
        <w:jc w:val="center"/>
        <w:tblLayout w:type="fixed"/>
        <w:tblLook w:val="04A0" w:firstRow="1" w:lastRow="0" w:firstColumn="1" w:lastColumn="0" w:noHBand="0" w:noVBand="1"/>
      </w:tblPr>
      <w:tblGrid>
        <w:gridCol w:w="10512"/>
      </w:tblGrid>
      <w:tr w:rsidR="004B60E6" w14:paraId="20E8F936" w14:textId="77777777">
        <w:trPr>
          <w:cantSplit/>
          <w:jc w:val="center"/>
        </w:trPr>
        <w:tc>
          <w:tcPr>
            <w:tcW w:w="10512" w:type="dxa"/>
            <w:tcMar>
              <w:top w:w="65" w:type="dxa"/>
              <w:left w:w="80" w:type="dxa"/>
              <w:bottom w:w="70" w:type="dxa"/>
              <w:right w:w="80" w:type="dxa"/>
            </w:tcMar>
            <w:vAlign w:val="bottom"/>
          </w:tcPr>
          <w:p w14:paraId="4C85C7F3" w14:textId="77777777" w:rsidR="004B60E6" w:rsidRDefault="00FC4D1C">
            <w:pPr>
              <w:spacing w:after="20"/>
            </w:pPr>
            <w:r>
              <w:rPr>
                <w:b/>
                <w:color w:val="006B3F"/>
                <w:sz w:val="14"/>
              </w:rPr>
              <w:t>SPECIFIC DATE(S)</w:t>
            </w:r>
          </w:p>
          <w:p w14:paraId="4354A273" w14:textId="77777777" w:rsidR="004B60E6" w:rsidRDefault="00FC4D1C">
            <w:pPr>
              <w:keepLines/>
              <w:spacing w:after="0"/>
            </w:pPr>
            <w:r>
              <w:rPr>
                <w:color w:val="666666"/>
                <w:sz w:val="17"/>
              </w:rPr>
              <w:t xml:space="preserve">  ________________________________</w:t>
            </w:r>
          </w:p>
        </w:tc>
      </w:tr>
    </w:tbl>
    <w:p w14:paraId="24AD4185" w14:textId="77777777" w:rsidR="004B60E6" w:rsidRDefault="00FC4D1C">
      <w:pPr>
        <w:spacing w:after="60" w:line="240" w:lineRule="auto"/>
      </w:pPr>
      <w:r>
        <w:rPr>
          <w:sz w:val="14"/>
        </w:rPr>
        <w:t>The undersigned also acknowledges that participation in said Program, and travel to and from this Program may involve hazards, dangers, inherent risks of physical injury, including but not limited to death or loss of personal property and hereby assumes all such risks.</w:t>
      </w:r>
    </w:p>
    <w:p w14:paraId="25B747EF" w14:textId="77777777" w:rsidR="004B60E6" w:rsidRDefault="00FC4D1C">
      <w:pPr>
        <w:spacing w:after="60" w:line="240" w:lineRule="auto"/>
      </w:pPr>
      <w:r>
        <w:rPr>
          <w:sz w:val="14"/>
        </w:rPr>
        <w:t>NOW, THEREFORE, the undersigned (for myself, my heirs, executors, administrators, and assigns) hereby agrees, for the sole consideration of the enrichment I expect to derive from the Program and for consideration of Abraham Baldwin Agricultural College allowing my participation in this Program and/or arranging travel to and from the Program, to waive, release, covenant not to sue, and forever discharge the Board of Regents of the University System of Georgia, its members individually and its officers, agent</w:t>
      </w:r>
      <w:r>
        <w:rPr>
          <w:sz w:val="14"/>
        </w:rPr>
        <w:t>s and employees, and Abraham Baldwin Agricultural College its members individually and its officers, agents and employees, of any and from all claims, demands, rights and causes of action of whatever kind or nature, including but not limited to negligence, arising from and by reason of, any and all, known and unknown, foreseen and unforeseen, bodily and personal injuries, damage to property, and the consequences thereof, including death, resulting from my participation in or in any way connected with this P</w:t>
      </w:r>
      <w:r>
        <w:rPr>
          <w:sz w:val="14"/>
        </w:rPr>
        <w:t>rogram either arising before, during and/or subsequent to the Program. I understand that my obligation pursuant to this Covenant, Release, Waiver of Liability and Covenant Not to Sue will survive the expiration or termination of the Program.</w:t>
      </w:r>
    </w:p>
    <w:p w14:paraId="034F73A5" w14:textId="77777777" w:rsidR="004B60E6" w:rsidRDefault="00FC4D1C">
      <w:pPr>
        <w:spacing w:after="40" w:line="240" w:lineRule="auto"/>
      </w:pPr>
      <w:r>
        <w:rPr>
          <w:sz w:val="14"/>
        </w:rPr>
        <w:t>I understand that acceptance of this Release, Waiver of Liability and Covenant Not to Sue by the Board of Regents of the University System of Georgia shall not constitute a waiver, in whole or in part, of sovereign immunity by said Board, its members, officers, agents, and employees.</w:t>
      </w:r>
    </w:p>
    <w:p w14:paraId="1A142FED" w14:textId="77777777" w:rsidR="004B60E6" w:rsidRDefault="00FC4D1C">
      <w:pPr>
        <w:spacing w:after="0" w:line="240" w:lineRule="auto"/>
      </w:pPr>
      <w:r>
        <w:rPr>
          <w:sz w:val="14"/>
        </w:rPr>
        <w:t>I understand it is my responsibility to evaluate the condition of my health in relation to the demands of this Program.</w:t>
      </w:r>
    </w:p>
    <w:p w14:paraId="137F464F" w14:textId="77777777" w:rsidR="004B60E6" w:rsidRDefault="00FC4D1C">
      <w:r>
        <w:br w:type="page"/>
      </w:r>
    </w:p>
    <w:tbl>
      <w:tblPr>
        <w:tblW w:w="0" w:type="auto"/>
        <w:jc w:val="center"/>
        <w:tblLayout w:type="fixed"/>
        <w:tblLook w:val="04A0" w:firstRow="1" w:lastRow="0" w:firstColumn="1" w:lastColumn="0" w:noHBand="0" w:noVBand="1"/>
      </w:tblPr>
      <w:tblGrid>
        <w:gridCol w:w="5256"/>
        <w:gridCol w:w="5256"/>
        <w:gridCol w:w="28"/>
      </w:tblGrid>
      <w:tr w:rsidR="004B60E6" w14:paraId="0788A95A" w14:textId="77777777">
        <w:trPr>
          <w:gridAfter w:val="1"/>
          <w:wAfter w:w="28" w:type="dxa"/>
          <w:jc w:val="center"/>
        </w:trPr>
        <w:tc>
          <w:tcPr>
            <w:tcW w:w="5256" w:type="dxa"/>
          </w:tcPr>
          <w:p w14:paraId="14B8F974" w14:textId="77777777" w:rsidR="004B60E6" w:rsidRDefault="00FC4D1C">
            <w:r>
              <w:rPr>
                <w:noProof/>
              </w:rPr>
              <w:lastRenderedPageBreak/>
              <w:drawing>
                <wp:inline distT="0" distB="0" distL="0" distR="0" wp14:anchorId="0B94159B" wp14:editId="4B0D97DA">
                  <wp:extent cx="2331720" cy="48499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ac_logo.png"/>
                          <pic:cNvPicPr/>
                        </pic:nvPicPr>
                        <pic:blipFill>
                          <a:blip r:embed="rId8"/>
                          <a:stretch>
                            <a:fillRect/>
                          </a:stretch>
                        </pic:blipFill>
                        <pic:spPr>
                          <a:xfrm>
                            <a:off x="0" y="0"/>
                            <a:ext cx="2331720" cy="484998"/>
                          </a:xfrm>
                          <a:prstGeom prst="rect">
                            <a:avLst/>
                          </a:prstGeom>
                        </pic:spPr>
                      </pic:pic>
                    </a:graphicData>
                  </a:graphic>
                </wp:inline>
              </w:drawing>
            </w:r>
          </w:p>
        </w:tc>
        <w:tc>
          <w:tcPr>
            <w:tcW w:w="5256" w:type="dxa"/>
          </w:tcPr>
          <w:p w14:paraId="174685D3" w14:textId="77777777" w:rsidR="004B60E6" w:rsidRDefault="00FC4D1C">
            <w:pPr>
              <w:jc w:val="right"/>
            </w:pPr>
            <w:r>
              <w:rPr>
                <w:b/>
                <w:color w:val="006B3F"/>
                <w:sz w:val="25"/>
              </w:rPr>
              <w:t>CONSENT, RELEASE, WAIVER OF LIABILITY</w:t>
            </w:r>
            <w:r>
              <w:rPr>
                <w:b/>
                <w:color w:val="006B3F"/>
                <w:sz w:val="25"/>
              </w:rPr>
              <w:br/>
              <w:t>AND COVENANT NOT TO SUE</w:t>
            </w:r>
          </w:p>
        </w:tc>
      </w:tr>
      <w:tr w:rsidR="004B60E6" w14:paraId="3BFF53B6" w14:textId="77777777">
        <w:trPr>
          <w:jc w:val="center"/>
        </w:trPr>
        <w:tc>
          <w:tcPr>
            <w:tcW w:w="10512" w:type="dxa"/>
            <w:gridSpan w:val="3"/>
            <w:shd w:val="clear" w:color="auto" w:fill="EAF3EE"/>
            <w:tcMar>
              <w:top w:w="55" w:type="dxa"/>
              <w:left w:w="80" w:type="dxa"/>
              <w:bottom w:w="55" w:type="dxa"/>
              <w:right w:w="80" w:type="dxa"/>
            </w:tcMar>
          </w:tcPr>
          <w:p w14:paraId="20D58FEE" w14:textId="77777777" w:rsidR="004B60E6" w:rsidRDefault="00FC4D1C">
            <w:pPr>
              <w:keepNext/>
              <w:spacing w:after="0"/>
            </w:pPr>
            <w:r>
              <w:rPr>
                <w:b/>
                <w:color w:val="006B3F"/>
                <w:sz w:val="18"/>
              </w:rPr>
              <w:t>ADDITIONAL ACKNOWLEDGMENTS</w:t>
            </w:r>
          </w:p>
        </w:tc>
      </w:tr>
    </w:tbl>
    <w:p w14:paraId="4D3B3413" w14:textId="77777777" w:rsidR="004B60E6" w:rsidRDefault="00FC4D1C">
      <w:pPr>
        <w:spacing w:after="180" w:line="259" w:lineRule="auto"/>
      </w:pPr>
      <w:r>
        <w:rPr>
          <w:sz w:val="18"/>
        </w:rPr>
        <w:t>If uncertain, I will consult with a family physician. Further, I understand that Abraham Baldwin Agricultural College does not provide health insurance for Program participants and that I am responsible for obtaining adequate insurance for the eventuality that, if I drive any vehicle during the Program and/or travel to and from the Program, I will be personally responsible and liable for all damages and injuries arising there from, to the extent that said liability, damage, and/or injury is not covered by G</w:t>
      </w:r>
      <w:r>
        <w:rPr>
          <w:sz w:val="18"/>
        </w:rPr>
        <w:t>eorgia State Tort Claims Act.</w:t>
      </w:r>
    </w:p>
    <w:p w14:paraId="73499743" w14:textId="77777777" w:rsidR="004B60E6" w:rsidRDefault="00FC4D1C">
      <w:pPr>
        <w:spacing w:after="180" w:line="259" w:lineRule="auto"/>
      </w:pPr>
      <w:r>
        <w:rPr>
          <w:sz w:val="18"/>
        </w:rPr>
        <w:t>I agree to abide by all Abraham Baldwin Agricultural College policies and guidelines during my participation in this Abraham Baldwin Agricultural College activity including the Student Code of Conduct and the Student Travel Agreement.</w:t>
      </w:r>
    </w:p>
    <w:tbl>
      <w:tblPr>
        <w:tblW w:w="0" w:type="auto"/>
        <w:jc w:val="center"/>
        <w:tblLayout w:type="fixed"/>
        <w:tblLook w:val="04A0" w:firstRow="1" w:lastRow="0" w:firstColumn="1" w:lastColumn="0" w:noHBand="0" w:noVBand="1"/>
      </w:tblPr>
      <w:tblGrid>
        <w:gridCol w:w="10512"/>
      </w:tblGrid>
      <w:tr w:rsidR="004B60E6" w14:paraId="6095135D" w14:textId="77777777">
        <w:trPr>
          <w:jc w:val="center"/>
        </w:trPr>
        <w:tc>
          <w:tcPr>
            <w:tcW w:w="10512" w:type="dxa"/>
            <w:shd w:val="clear" w:color="auto" w:fill="EAF3EE"/>
            <w:tcMar>
              <w:top w:w="55" w:type="dxa"/>
              <w:left w:w="80" w:type="dxa"/>
              <w:bottom w:w="55" w:type="dxa"/>
              <w:right w:w="80" w:type="dxa"/>
            </w:tcMar>
          </w:tcPr>
          <w:p w14:paraId="693CE7CA" w14:textId="77777777" w:rsidR="004B60E6" w:rsidRDefault="00FC4D1C">
            <w:pPr>
              <w:keepNext/>
              <w:spacing w:after="0"/>
            </w:pPr>
            <w:r>
              <w:rPr>
                <w:b/>
                <w:color w:val="006B3F"/>
                <w:sz w:val="18"/>
              </w:rPr>
              <w:t>STUDENT CERTIFICATION</w:t>
            </w:r>
          </w:p>
        </w:tc>
      </w:tr>
    </w:tbl>
    <w:p w14:paraId="5214AE9A" w14:textId="77777777" w:rsidR="004B60E6" w:rsidRDefault="00FC4D1C">
      <w:pPr>
        <w:spacing w:after="160" w:line="259" w:lineRule="auto"/>
      </w:pPr>
      <w:r>
        <w:rPr>
          <w:sz w:val="18"/>
        </w:rPr>
        <w:t>I hereby certify that I am eighteen (18) years of age or older, or my parent or guardian has signed below; that I am suffering under no legal disabilities; and that I, or my parent and/or guardian, have received a copy of this document which I have read carefully and understood before signing.</w:t>
      </w:r>
    </w:p>
    <w:tbl>
      <w:tblPr>
        <w:tblW w:w="0" w:type="auto"/>
        <w:jc w:val="center"/>
        <w:tblLayout w:type="fixed"/>
        <w:tblLook w:val="04A0" w:firstRow="1" w:lastRow="0" w:firstColumn="1" w:lastColumn="0" w:noHBand="0" w:noVBand="1"/>
      </w:tblPr>
      <w:tblGrid>
        <w:gridCol w:w="5256"/>
        <w:gridCol w:w="5256"/>
      </w:tblGrid>
      <w:tr w:rsidR="004B60E6" w14:paraId="55653966" w14:textId="77777777">
        <w:trPr>
          <w:cantSplit/>
          <w:jc w:val="center"/>
        </w:trPr>
        <w:tc>
          <w:tcPr>
            <w:tcW w:w="10512" w:type="dxa"/>
            <w:gridSpan w:val="2"/>
            <w:tcMar>
              <w:top w:w="65" w:type="dxa"/>
              <w:left w:w="80" w:type="dxa"/>
              <w:bottom w:w="70" w:type="dxa"/>
              <w:right w:w="80" w:type="dxa"/>
            </w:tcMar>
            <w:vAlign w:val="bottom"/>
          </w:tcPr>
          <w:p w14:paraId="7E7B1F49" w14:textId="77777777" w:rsidR="004B60E6" w:rsidRDefault="00FC4D1C">
            <w:pPr>
              <w:spacing w:after="20"/>
            </w:pPr>
            <w:r>
              <w:rPr>
                <w:b/>
                <w:color w:val="006B3F"/>
                <w:sz w:val="14"/>
              </w:rPr>
              <w:t>ARE YOU 18 YEARS OF AGE OR OLDER?</w:t>
            </w:r>
          </w:p>
          <w:p w14:paraId="546C2F73" w14:textId="77777777" w:rsidR="004B60E6" w:rsidRDefault="00FC4D1C">
            <w:pPr>
              <w:keepLines/>
              <w:spacing w:after="0"/>
            </w:pPr>
            <w:r>
              <w:rPr>
                <w:color w:val="666666"/>
                <w:sz w:val="17"/>
              </w:rPr>
              <w:t>□ Yes   □ No  ____________________</w:t>
            </w:r>
          </w:p>
        </w:tc>
      </w:tr>
      <w:tr w:rsidR="004B60E6" w14:paraId="4DE2A41B" w14:textId="77777777">
        <w:trPr>
          <w:cantSplit/>
          <w:jc w:val="center"/>
        </w:trPr>
        <w:tc>
          <w:tcPr>
            <w:tcW w:w="10512" w:type="dxa"/>
            <w:gridSpan w:val="2"/>
            <w:tcMar>
              <w:top w:w="65" w:type="dxa"/>
              <w:left w:w="80" w:type="dxa"/>
              <w:bottom w:w="70" w:type="dxa"/>
              <w:right w:w="80" w:type="dxa"/>
            </w:tcMar>
            <w:vAlign w:val="bottom"/>
          </w:tcPr>
          <w:p w14:paraId="2757EA1A" w14:textId="77777777" w:rsidR="004B60E6" w:rsidRDefault="00FC4D1C">
            <w:pPr>
              <w:spacing w:after="20"/>
            </w:pPr>
            <w:r>
              <w:rPr>
                <w:b/>
                <w:color w:val="006B3F"/>
                <w:sz w:val="14"/>
              </w:rPr>
              <w:t>PRINT NAME</w:t>
            </w:r>
          </w:p>
          <w:p w14:paraId="72BCBE6F" w14:textId="77777777" w:rsidR="004B60E6" w:rsidRDefault="00FC4D1C">
            <w:pPr>
              <w:keepLines/>
              <w:spacing w:after="0"/>
            </w:pPr>
            <w:r>
              <w:rPr>
                <w:color w:val="666666"/>
                <w:sz w:val="17"/>
              </w:rPr>
              <w:t xml:space="preserve">  ________________________________</w:t>
            </w:r>
          </w:p>
        </w:tc>
      </w:tr>
      <w:tr w:rsidR="004B60E6" w14:paraId="67F28246" w14:textId="77777777">
        <w:trPr>
          <w:cantSplit/>
          <w:jc w:val="center"/>
        </w:trPr>
        <w:tc>
          <w:tcPr>
            <w:tcW w:w="10512" w:type="dxa"/>
            <w:gridSpan w:val="2"/>
            <w:tcMar>
              <w:top w:w="65" w:type="dxa"/>
              <w:left w:w="80" w:type="dxa"/>
              <w:bottom w:w="70" w:type="dxa"/>
              <w:right w:w="80" w:type="dxa"/>
            </w:tcMar>
            <w:vAlign w:val="bottom"/>
          </w:tcPr>
          <w:p w14:paraId="0ABE7C59" w14:textId="77777777" w:rsidR="004B60E6" w:rsidRDefault="00FC4D1C">
            <w:pPr>
              <w:spacing w:after="20"/>
            </w:pPr>
            <w:r>
              <w:rPr>
                <w:b/>
                <w:color w:val="006B3F"/>
                <w:sz w:val="14"/>
              </w:rPr>
              <w:t>SIGNATURE</w:t>
            </w:r>
          </w:p>
          <w:p w14:paraId="48B52252" w14:textId="77777777" w:rsidR="004B60E6" w:rsidRDefault="00FC4D1C">
            <w:pPr>
              <w:keepLines/>
              <w:spacing w:after="0"/>
            </w:pPr>
            <w:r>
              <w:rPr>
                <w:color w:val="666666"/>
                <w:sz w:val="17"/>
              </w:rPr>
              <w:t xml:space="preserve">  ________________________________</w:t>
            </w:r>
          </w:p>
        </w:tc>
      </w:tr>
      <w:tr w:rsidR="004B60E6" w14:paraId="7A4EB340" w14:textId="77777777">
        <w:trPr>
          <w:cantSplit/>
          <w:jc w:val="center"/>
        </w:trPr>
        <w:tc>
          <w:tcPr>
            <w:tcW w:w="5256" w:type="dxa"/>
            <w:tcMar>
              <w:top w:w="65" w:type="dxa"/>
              <w:left w:w="80" w:type="dxa"/>
              <w:bottom w:w="70" w:type="dxa"/>
              <w:right w:w="80" w:type="dxa"/>
            </w:tcMar>
            <w:vAlign w:val="bottom"/>
          </w:tcPr>
          <w:p w14:paraId="5D7C9324" w14:textId="77777777" w:rsidR="004B60E6" w:rsidRDefault="00FC4D1C">
            <w:pPr>
              <w:spacing w:after="20"/>
            </w:pPr>
            <w:r>
              <w:rPr>
                <w:b/>
                <w:color w:val="006B3F"/>
                <w:sz w:val="14"/>
              </w:rPr>
              <w:t>DATE</w:t>
            </w:r>
          </w:p>
          <w:p w14:paraId="0F25B282" w14:textId="77777777" w:rsidR="004B60E6" w:rsidRDefault="00FC4D1C">
            <w:pPr>
              <w:keepLines/>
              <w:spacing w:after="0"/>
            </w:pPr>
            <w:r>
              <w:rPr>
                <w:color w:val="666666"/>
                <w:sz w:val="17"/>
              </w:rPr>
              <w:t xml:space="preserve">  ________________________________</w:t>
            </w:r>
          </w:p>
        </w:tc>
        <w:tc>
          <w:tcPr>
            <w:tcW w:w="5256" w:type="dxa"/>
            <w:tcMar>
              <w:top w:w="65" w:type="dxa"/>
              <w:left w:w="80" w:type="dxa"/>
              <w:bottom w:w="70" w:type="dxa"/>
              <w:right w:w="80" w:type="dxa"/>
            </w:tcMar>
            <w:vAlign w:val="bottom"/>
          </w:tcPr>
          <w:p w14:paraId="343DE451" w14:textId="77777777" w:rsidR="004B60E6" w:rsidRDefault="00FC4D1C">
            <w:pPr>
              <w:spacing w:after="20"/>
            </w:pPr>
            <w:r>
              <w:rPr>
                <w:b/>
                <w:color w:val="006B3F"/>
                <w:sz w:val="14"/>
              </w:rPr>
              <w:t>918</w:t>
            </w:r>
          </w:p>
          <w:p w14:paraId="456CCF04" w14:textId="77777777" w:rsidR="004B60E6" w:rsidRDefault="00FC4D1C">
            <w:pPr>
              <w:keepLines/>
              <w:spacing w:after="0"/>
            </w:pPr>
            <w:r>
              <w:rPr>
                <w:color w:val="666666"/>
                <w:sz w:val="17"/>
              </w:rPr>
              <w:t xml:space="preserve">  ________________________________</w:t>
            </w:r>
          </w:p>
        </w:tc>
      </w:tr>
    </w:tbl>
    <w:p w14:paraId="383FA68C" w14:textId="77777777" w:rsidR="004B60E6" w:rsidRDefault="00FC4D1C">
      <w:pPr>
        <w:spacing w:before="140" w:after="100" w:line="240" w:lineRule="auto"/>
      </w:pPr>
      <w:r>
        <w:rPr>
          <w:color w:val="666666"/>
        </w:rPr>
        <w:t>Signature of PARENT OR GUARDIAN if PARTICIPANT is less than 18 years old</w:t>
      </w:r>
    </w:p>
    <w:tbl>
      <w:tblPr>
        <w:tblW w:w="0" w:type="auto"/>
        <w:jc w:val="center"/>
        <w:tblLayout w:type="fixed"/>
        <w:tblLook w:val="04A0" w:firstRow="1" w:lastRow="0" w:firstColumn="1" w:lastColumn="0" w:noHBand="0" w:noVBand="1"/>
      </w:tblPr>
      <w:tblGrid>
        <w:gridCol w:w="10512"/>
      </w:tblGrid>
      <w:tr w:rsidR="004B60E6" w14:paraId="7F4A33CD" w14:textId="77777777">
        <w:trPr>
          <w:cantSplit/>
          <w:jc w:val="center"/>
        </w:trPr>
        <w:tc>
          <w:tcPr>
            <w:tcW w:w="10512" w:type="dxa"/>
            <w:tcMar>
              <w:top w:w="65" w:type="dxa"/>
              <w:left w:w="80" w:type="dxa"/>
              <w:bottom w:w="70" w:type="dxa"/>
              <w:right w:w="80" w:type="dxa"/>
            </w:tcMar>
            <w:vAlign w:val="bottom"/>
          </w:tcPr>
          <w:p w14:paraId="7CE50BEB" w14:textId="77777777" w:rsidR="004B60E6" w:rsidRDefault="00FC4D1C">
            <w:pPr>
              <w:spacing w:after="20"/>
            </w:pPr>
            <w:r>
              <w:rPr>
                <w:b/>
                <w:color w:val="006B3F"/>
                <w:sz w:val="14"/>
              </w:rPr>
              <w:t>PARENT OR GUARDIAN SIGNATURE</w:t>
            </w:r>
          </w:p>
          <w:p w14:paraId="7A072603" w14:textId="77777777" w:rsidR="004B60E6" w:rsidRDefault="00FC4D1C">
            <w:pPr>
              <w:keepLines/>
              <w:spacing w:after="0"/>
            </w:pPr>
            <w:r>
              <w:rPr>
                <w:color w:val="666666"/>
                <w:sz w:val="17"/>
              </w:rPr>
              <w:t xml:space="preserve">  ________________________________</w:t>
            </w:r>
          </w:p>
        </w:tc>
      </w:tr>
    </w:tbl>
    <w:p w14:paraId="5CB24345" w14:textId="77777777" w:rsidR="00FC4D1C" w:rsidRDefault="00FC4D1C"/>
    <w:sectPr w:rsidR="00FC4D1C" w:rsidSect="00034616">
      <w:footerReference w:type="default" r:id="rId9"/>
      <w:pgSz w:w="12240" w:h="15840"/>
      <w:pgMar w:top="648" w:right="864" w:bottom="648" w:left="864"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2C07A2" w14:textId="77777777" w:rsidR="00FC4D1C" w:rsidRDefault="00FC4D1C">
      <w:pPr>
        <w:spacing w:after="0" w:line="240" w:lineRule="auto"/>
      </w:pPr>
      <w:r>
        <w:separator/>
      </w:r>
    </w:p>
  </w:endnote>
  <w:endnote w:type="continuationSeparator" w:id="0">
    <w:p w14:paraId="3B5D2B47" w14:textId="77777777" w:rsidR="00FC4D1C" w:rsidRDefault="00FC4D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8B806" w14:textId="77777777" w:rsidR="004B60E6" w:rsidRDefault="00FC4D1C">
    <w:pPr>
      <w:pStyle w:val="Footer"/>
      <w:jc w:val="center"/>
    </w:pPr>
    <w:r>
      <w:rPr>
        <w:color w:val="666666"/>
        <w:sz w:val="13"/>
      </w:rPr>
      <w:t xml:space="preserve">Abraham Baldwin Agricultural </w:t>
    </w:r>
    <w:proofErr w:type="gramStart"/>
    <w:r>
      <w:rPr>
        <w:color w:val="666666"/>
        <w:sz w:val="13"/>
      </w:rPr>
      <w:t>College  |</w:t>
    </w:r>
    <w:proofErr w:type="gramEnd"/>
    <w:r>
      <w:rPr>
        <w:color w:val="666666"/>
        <w:sz w:val="13"/>
      </w:rPr>
      <w:t xml:space="preserve">  Consent, Release, Waiver of Liability and Covenant Not to Sue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CF16A" w14:textId="77777777" w:rsidR="00FC4D1C" w:rsidRDefault="00FC4D1C">
      <w:pPr>
        <w:spacing w:after="0" w:line="240" w:lineRule="auto"/>
      </w:pPr>
      <w:r>
        <w:separator/>
      </w:r>
    </w:p>
  </w:footnote>
  <w:footnote w:type="continuationSeparator" w:id="0">
    <w:p w14:paraId="7D1CE0E6" w14:textId="77777777" w:rsidR="00FC4D1C" w:rsidRDefault="00FC4D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21167345">
    <w:abstractNumId w:val="8"/>
  </w:num>
  <w:num w:numId="2" w16cid:durableId="940793417">
    <w:abstractNumId w:val="6"/>
  </w:num>
  <w:num w:numId="3" w16cid:durableId="2087149261">
    <w:abstractNumId w:val="5"/>
  </w:num>
  <w:num w:numId="4" w16cid:durableId="362101791">
    <w:abstractNumId w:val="4"/>
  </w:num>
  <w:num w:numId="5" w16cid:durableId="1190874822">
    <w:abstractNumId w:val="7"/>
  </w:num>
  <w:num w:numId="6" w16cid:durableId="1073427695">
    <w:abstractNumId w:val="3"/>
  </w:num>
  <w:num w:numId="7" w16cid:durableId="303313941">
    <w:abstractNumId w:val="2"/>
  </w:num>
  <w:num w:numId="8" w16cid:durableId="1802654973">
    <w:abstractNumId w:val="1"/>
  </w:num>
  <w:num w:numId="9" w16cid:durableId="17000103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B60E6"/>
    <w:rsid w:val="00510F7E"/>
    <w:rsid w:val="00AA157A"/>
    <w:rsid w:val="00AA1D8D"/>
    <w:rsid w:val="00B47730"/>
    <w:rsid w:val="00CB0664"/>
    <w:rsid w:val="00FC4D1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7147A8"/>
  <w14:defaultImageDpi w14:val="300"/>
  <w15:docId w15:val="{686E06A9-7622-4D40-8F0A-E10DB629A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951</Words>
  <Characters>5427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6366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ABAC Consent, Release, Waiver of Liability and Covenant Not to Sue</dc:title>
  <dc:subject>Printable and editable in-person form</dc:subject>
  <dc:creator>Abraham Baldwin Agricultural College</dc:creator>
  <cp:keywords/>
  <dc:description>generated by python-docx</dc:description>
  <cp:lastModifiedBy>Sydney Rogers</cp:lastModifiedBy>
  <cp:revision>2</cp:revision>
  <dcterms:created xsi:type="dcterms:W3CDTF">2026-09-21T15:46:00Z</dcterms:created>
  <dcterms:modified xsi:type="dcterms:W3CDTF">2026-09-21T15:46:00Z</dcterms:modified>
  <cp:category/>
</cp:coreProperties>
</file>